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1367: 骨牌铺方格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1 × n（n ≤ 50）的一个长方形，用 1 × 1、1 × 2 和 1 × 3 的骨牌铺满方格，请问有多少种铺法？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例如当 n=3 时为 1 × 3 的方格。此时用 1 × 1 、1 × 2 和 1 × 3 的骨牌铺满方格，共有四种铺法。如下图：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953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r8ivjz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953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50）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骨牌的铺法。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