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1360: 卒的遍历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1360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6220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深搜 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 n × m 的棋盘（3 ≤ n,m ≤ 8），行列编号均从 1 开始。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一个卒初始位于左上角 (1,1)，目标是到达右下角 (n,m)。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卒每次只能执行以下两种移动之一：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向下走：(x,y)→(x+1,y)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向右走：(x,y)→(x,y+1)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请输出从 (1,1) 到 (n,m) 的所有可行路径。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路径输出顺序采用深度优先搜索（DFS）顺序，且在搜索时先尝试向下，再尝试向右。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9599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xdoq8_j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9599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输入一行，包含两个整数 n,m，表示棋盘大小。（3 ≤ n,m ≤ 8）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按上述搜索顺序输出所有路径。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每条路径占一行，格式为：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编号:坐标_1→坐标_2→·s→坐标_k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其中每个坐标写作 x,y，编号从 1 开始递增。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1:1,1-&gt;2,1-&gt;3,1-&gt;3,2-&gt;3,3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2:1,1-&gt;2,1-&gt;2,2-&gt;3,2-&gt;3,3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3:1,1-&gt;2,1-&gt;2,2-&gt;2,3-&gt;3,3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4:1,1-&gt;1,2-&gt;2,2-&gt;3,2-&gt;3,3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5:1,1-&gt;1,2-&gt;2,2-&gt;2,3-&gt;3,3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6:1,1-&gt;1,2-&gt;1,3-&gt;2,3-&gt;3,3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