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1358: 素数环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1 ∼ n 这 n 个数，摆成一个环，要求相邻的两个数的和是素数，按照由小到大请输出所有可能的摆放形式。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比如：n = 4，输出形式如下；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3:2 1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4:2 3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5:3 2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6:3 4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7:4 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total:8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比如：n = 6，输出形式如下；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 4 3 2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 6 5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3:2 3 4 1 6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4:2 5 6 1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5:3 2 5 6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6:3 4 1 6 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7:4 1 6 5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8:4 3 2 5 6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9:5 2 3 4 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10:5 6 1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11:6 1 4 3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12:6 5 2 3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total:12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；（2 ≤ n ≤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前若干行，每行输出一个素数环的解，最后一行，输出解的总数。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 4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3:2 1 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4:2 3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5:3 2 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6:3 4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7:4 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8:4 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total:8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