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1357: 哪个厂家的零件更标准？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在统计描述中，方差用来计算每一个变量（观察值）与总体均数之间的差异。比如：甲乙 2 个厂商生产某零件，一批零件要求在尺寸合格的情况下，大小越一致越好，由于生产工艺的问题，零件生产厂商生产的零件不可能一模一样。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为了检测甲乙两个厂商，哪个厂商生产的零件更符合标准，分别从 2 个厂商生产的零件中抽取 5 个样品尺寸如下：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甲：100 101 102 100 99；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乙：98 100 105 103 96；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假设零件尺寸在 95 ∼ 110 之间都算合格，那么两批零件都是合格的；如果按照平均数计算，两组数据的平均值都是 100.4。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但如果将两组数据画到数轴上：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从两个厂抽检的零件分布图可以看出，甲厂的零件大小更加一致，更加符合标准。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为了方便计算数据的离散程度，我们引入方差的概念，方差的计算公式为：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s^2 = [(x_1-x)^2+(x_2-x)^2+ ⋯ + (x_n-x)^2]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x_1 ∼ x_n 代表一组数据中的每个元素，  x  代表这组数据的平均值。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按照公式，甲厂零件的方差为：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(100-100.4)^2+(101-100.4)^2+(102-100.4)^2+(100-100.4)^2+(99-100.4)^2 = 5.2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乙厂零件的方差为：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(98 -100.4)^2+(100-100.4)^2+(105-100.4)^2+(103-100.4)^2+(96-100.4)^2 = 53.2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从方差上也可以看出，甲厂的零件更符合标准！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现从键盘读入 2 个厂生产的零件尺寸（假设零件的尺寸都是合格的），请计算哪个厂的零件尺寸更加一致（方差更小）？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（9.2）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5848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65t3y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84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5983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yxabpu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98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n，代表 2 个厂抽检的零件的个数！（ n 在 5 ∼ 100 之间）；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个整数，代表甲厂的 n 个零件的尺寸；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 n 个整数，代表乙厂的 n 个零件的尺寸。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所有零件的尺寸都在 1 ∼ 1000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哪个厂的零件更加符合标准，甲厂请输出jia，乙厂请输出yi。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100 101 102 100 99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98 100 105 103 96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jia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