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1353: 轴对称三角形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在数学上，我们发现有一类图形是对称图形。我们对于左右一样的图形叫做沿 y 轴对称，对于上下一样的图形叫做沿 x 轴对称。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如下图所示的图形就是沿 y 轴对称的两个三角形：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而下图所示的图形就是沿 x 轴对称的两个三角形：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请从键盘读入一个整数 n ，代表三角形的行数，再读入一个字符，该字符为’ x ’或者’ y ’，代表是沿 x 轴对称还是沿 y 轴对称，输出对应的轴对称图形。（ 8.1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05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prgerr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05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97383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nb318e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738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第一样是一个整数 n（n ≤ 10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第二行是一个字符（字符’ x ’或者字符’ y ’）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按照要求输出的轴对称图形。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***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