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1352: 费马定理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公元 1640 年，法国著名数学家费马发现：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 3、5、17、257、65537 都是质数，于是费马猜想：对于一切自然数 n ，22n +1 都是质数，可是到了 1732 年，数学家欧拉发现一个数 n 并不满足费马的这个猜想，请问欧拉发现的这个数 n 最小是多少？（在 long long 的范围内）（ 7.2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062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3oi1vb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062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满足条件的数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