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1350: 纸盒的最大体积是多少？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在一张尺寸为 n × n 厘米的正方形硬纸板的四个角上，分别裁剪掉一个 m × m 厘米的小正方形，就可以做成一个无盖纸盒，请问这个无盖纸盒的最大体积是多少？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（立方体的体积 v = 底面积  ×  高）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 n = 5 ，那么裁掉的小正方形的尺寸可能是 1 厘米、2 厘米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如果裁掉 1 厘米的四个小正方形，得到纸盒的体积 = (5 - 2)  ×  (5 - 2)  ×  1 = 9 立方厘米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如果裁掉 2 厘米的四个小正方形，得到纸盒的体积 = (5 - 4)  ×  (5 - 4)  ×  2 = 2 立方厘米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因此，裁掉边长为 1 的四个小正方形得到的纸盒体积最大，最大体积为 9 （立方厘米）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 7.1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，代表正方形纸板的边长。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纸盒的最大体积。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