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1347: 游览动物园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动物园有很多游览区，小红已经在动物园的一个游览区游览，突然接到电话，要半个小时内到动物园外面跟一个朋友见面。半个小时小红只够游览完当前区域之后，游览一个最近的景区。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已知从一个游览区域只能沿着地图（地图的长宽均小于 100 ）中的直线走（上下左右四个方向），请问离小红当前游览区的最近的一个游览区的坐标是多少，如果有多个点离小红的位置都很近，请输出离出口最近的那个点的坐标（不存在多个点距离出口一样近）？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例如：假设小红在孔雀区（ 3,2 ），离小红最近的 2 处游览区分别是猴山（ 2,0 ）和虎山（ 5,3 ），但猴山离入口更近，因此输出猴山的坐标。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737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nbplh0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73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个变量，为小红所在的游览区的坐标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第二行一个整数 n ，为该动物园内游览区的数量（ n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 2 个数，代表动物园的 n 个游览区的坐标（本题所有的坐标值都在 1 ∼ 1000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离小红最近的游览区的坐标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