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1345: 玫瑰花圃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1345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18999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有一块n ×  n（n≥5，且 n 是奇数）的红玫瑰花圃，由 n × n 个小正方形花圃组成，现要求在花圃中最中间的一行、最中间的一列以及 4 个顶点处种植粉色玫瑰，请问粉玫瑰占地面积占整个玫瑰花圃总面积的百分比是多少？（  6.2.72 ）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如 n=5，花圃形状如下，粉玫瑰占地百分比 = 13/25 = 52.0%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如 n=7，花圃形状为如下，粉玫瑰占地百分比 = 17 / 49 = 34.7%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4809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nn8cvgs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809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2:</w:t>
      </w:r>
    </w:p>
    <w:p>
      <w:r>
        <w:drawing>
          <wp:inline xmlns:a="http://schemas.openxmlformats.org/drawingml/2006/main" xmlns:pic="http://schemas.openxmlformats.org/drawingml/2006/picture">
            <wp:extent cx="4572000" cy="348521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ly4amm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852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（ 5 ≤ n ≤ 99，且 n是奇数）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粉玫瑰占总玫瑰园的百分比，结果保留 1 位小数，显示为百分比的形式。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52.0%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