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1343: 种蔬菜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1343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587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王阿姨在一块蔬菜地种了 4 种不同的蔬菜，分别是：番茄、黄瓜、韭菜、萝卜，四种蔬菜共占地 80 平方米；其中已知番茄、黄瓜、韭菜的分别占总土地的 a%、b%、c%（a、b、c一定是整数），请计算出番茄、黄瓜、韭菜、萝卜分别占地多少平方米。（6.2.7）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个百分数，分别代表番茄、黄瓜、韭菜的占地百分比。(每个百分数之间用空格隔开)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番茄、黄瓜、韭菜、萝卜的占地面积，数与数之间用空格隔开，保留 1位小数。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35% 20% 21%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28.0 16.0 16.8 19.2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