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1341: 银行存款问题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亮亮把 n 元按照 m 年期整存存入银行，按照目前银行的年利率，请问到期后亮亮可以连本带息总共拿到多少钱？（ 6.1.98 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存期（整存整取）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年利率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3.25%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3.75 %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3年 ∼ 4 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4.25%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 年及 5 年以上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4.75%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两个整数 n 和 m 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一个小数，代表亮亮 m年后一共可以拿到的金额（保留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1237.5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