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1340: 做纸箱最少需要多少面积的硬纸板。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1340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3418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请问做一个尺寸为 a × b × c （单位：厘米）的开口的立方体纸箱（只有一个面是不需要封的，其余 5 个面都需要封起来，这样算开口的），最少需要多少平方厘米的纸。（ 6.1.6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三个整数：a b c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制作该纸箱需要的最少硬纸板的面积，一个整数。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5 3 4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