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1339: 求多个分数的和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从键盘读入一个求和算式，求出多个分数的和，结果也用分数表达，并约分到最简形式。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如，从键盘读入 1/12+5/12+1/3，则输出：5/6。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（5.1.107）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分数求和表达式；表达式中出现的数字都是正整数（值在 1 ∼ 100 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和的分数形式；本题测试数据保证计算结果的分子和分母，都在1 ∼ 1000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1/12+5/12+1/3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5/6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注意考虑多个分数的和为整数的情况如: 1/3+1/3+1/3=1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