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1338: 求圆环的面积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22744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如下图所示的圆环铁片，中间是空心的，已知圆环外圆的半径是 r1 厘米（如：10 cm），内圆半径是 r2 厘米（如：6 cm），请编程计算该铁片的面积。（外圆面积 – 内圆面积，假设 π=3.14，结果保留 2 位小数）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（5.2.99）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4484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2l7z23v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48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个整数 r1、r2 ，分别代表外圆和内圆的半径。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铁片的面积。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200.96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圆的面积和周长求解公式分别如下：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 S = π ×   半径  ×  半径；（π 读作 pài，π = 3.1415926 ⋯  ，在具体的题目中 π 的值精确到小数点后多少位，取决于具体的题目）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圆的周长 C = π  ×  2  ×  半径；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