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1337: 求花坛的面积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22274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龙湖校区有一个圆形花坛，量得花坛周围的篱笆长是 x 米，请问该花坛的面积是多少平方米？（假设 π=3.14）。（5.2.99）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 x。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花坛的面积（结果保留 2 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18.84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28.26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圆的面积和周长求解公式分别如下；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 S = π ×  半径  × 半径；（ π 读作 pài ， π = 3.1415926 ⋯ ，在具体的题目中 π 的值精确到小数点后多少位，取决于具体的题目）。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圆的周长 C = π × 2 ×  半径。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