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1335: 土地分割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5625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把一块 m * n米的土地分割成同样大的正方形，如果要求没有土地剩余，分割出的正方形土地最大边长是多少米？（最少不能少于 1 米  * 1米）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如：一块 6 米 * 4米的土地，能够分割的最大的正方形的边长为 2米。（5.2.45）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40405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rrk7nn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040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m 和 n（m,n ≤ 10^{18}）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能够分割的最大正方形的边长。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