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1334: 扑克牌组合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小明从一副扑克牌中（没有大小王， J 认为是数字 11 ，  Q 是 12 ， K 是 13 ， A 是 1 ）抽出 2 张牌求和，请问能够组合出多少个不相等的数，按照由小到大输出这些数。（5.1.98）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代表（ n ≤ 52 ）扑克牌的总数量；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第二行的 n 个整数分别代表扑克牌的数值。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m 代表组合出不相等的数字个数；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m 个数用空格隔开代表这 m 个由小到大排序的不相等的数。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3 4 5 6 7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