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1333: 兴趣班的排班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暑假来了，有n名同学都参加了暑假兴趣班（ n &lt; 10 ），不同的兴趣班都是从同一天开始上课， n 个同学的上课频率（每隔几天上一次课，如每隔 3 天上一次课，上课频率就是 3 ）不同，请问除了第一天，最少要等到第几天这 n 个同学会在同一天一起上课？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2 位同学，同学甲 3 天上 1 次课，同学乙 2 天上一次课，他们的上课时间分布就如下表所示， 2 位同学除了第 1 天，至少要等到第 7 天才能一起上课。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第一天  第二天  第三天  第四天  第五天  第六天  第七天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甲                     甲                      甲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乙              乙              乙             乙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代表学生的数量;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个数代表每位同学的上课频率。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接下来到第几天所有人会在同一天上课。（本题测试数据确保答案  ≤ 10^5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