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1329: 求梯形的面积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1329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27878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梯形面积的求解公式为 S = (a + b) × h / 2 。从键盘读入一个梯形的上底 a、下底 b 和高 h ，请计算表梯形的面积。（结果保留1位小数）。（5.1.15）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97003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wojs4e7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9700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三个整数 a、b、h。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梯形的面积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2 3 5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12.5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