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1328: 柱状图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柱状图是非常直观的用来表示数值的一种图形描述方式，如图所示是 2011 年我国几种常用家电的产量。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请用编程来模拟一下柱状图，从键盘读入 n 种物品的数量（ n ≤  100 ，每种物品数量在 1 ∼ 10 之间），用一颗星来代表物品数量为 1 ，输出每种物品的编号及其数量。（4.2.106）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如：假设有 3 种物品，数量分别为 3 7 6 ，则输出如下图所示的柱状图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 ，代表物品种类；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第二行输入每种物品的数量。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如图所示的柱状图。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3:******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