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1326: 需要安排几位师傅加工零件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某工厂有 n 个零件加工的师傅，每位师傅每天能够加工出不同数量的零件。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 m 个零件要求一天加工完，请问该工厂最少需要派几个师傅来完成这次零件加工任务，如果安排所有的师傅都参与加工也不能在一天内完成任务，请输出 NO。（4.2.71）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第一个整数代表要加工的总零件个数 m （m ≤ 10^6），第二个整数代表工厂的零件加工师傅的数量 n（n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个整数，分别代表每个师傅每天能够加工出来的零件数量（每个师傅每天加工的零件数量 ≤ 10^4）。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输出工厂在 1 天时间内加工所有零件需要的师傅数量，或者输出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