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1323: 扩建花圃问题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1323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34336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梅山小学有一块长方形花圃（花圃的长宽都是整数），长 m 米，宽未知。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在修建校园时，花圃的长增加了 n 米，此时发现增加出来的面积有 s 平方米。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请编程计算出原来花圃的面积是多少平方米？（4.2.19）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48467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up9jc0y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48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3个整数，分别是 m、n、s。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一个整数，原来花圃的面积数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8 3 18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