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1322: 求数的量级？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有一个很大的整数 n（ n ≥ 10000 且 n ≤ 9999999999 ），请问该数的最高位是什么量级的，输出该量级的拼音？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可选单位：万（ wan ）、十万（ shi  wan ）、百万（ bai wan ）、千万（ qian wan ）、亿（ yi ）、十亿（ shi yi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如：n=123456789 ，则输出： yi。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（4.2.15）。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一个很大的整数 n （ n ≥ 10000 且 n ≤ 9999999999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量级的拼音。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123456789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