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1320: 时钟旋转（1）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37199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时钟上面的时针从 m 时走到 n 时旋转了多少度？（m ≤ n ，且 m 和 n 都是1 ∼ 12之间的整数）。（4.2.4）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47753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be7s2tfi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47753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个整数 m 和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个整数代表时针旋转的度数。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