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1319: 立定跳远成绩求解</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1319</w:t>
            </w:r>
          </w:p>
        </w:tc>
      </w:tr>
      <w:tr>
        <w:tc>
          <w:tcPr>
            <w:tcW w:type="dxa" w:w="4320"/>
          </w:tcPr>
          <w:p>
            <w:r>
              <w:t>标签</w:t>
            </w:r>
          </w:p>
        </w:tc>
        <w:tc>
          <w:tcPr>
            <w:tcW w:type="dxa" w:w="4320"/>
          </w:tcPr>
          <w:p>
            <w:r>
              <w:t>数组问题</w:t>
            </w:r>
          </w:p>
        </w:tc>
      </w:tr>
      <w:tr>
        <w:tc>
          <w:tcPr>
            <w:tcW w:type="dxa" w:w="4320"/>
          </w:tcPr>
          <w:p>
            <w:r>
              <w:t>难度</w:t>
            </w:r>
          </w:p>
        </w:tc>
        <w:tc>
          <w:tcPr>
            <w:tcW w:type="dxa" w:w="4320"/>
          </w:tcPr>
          <w:p>
            <w:r>
              <w:t>入门</w:t>
            </w:r>
          </w:p>
        </w:tc>
      </w:tr>
      <w:tr>
        <w:tc>
          <w:tcPr>
            <w:tcW w:type="dxa" w:w="4320"/>
          </w:tcPr>
          <w:p>
            <w:r>
              <w:t>正确</w:t>
            </w:r>
          </w:p>
        </w:tc>
        <w:tc>
          <w:tcPr>
            <w:tcW w:type="dxa" w:w="4320"/>
          </w:tcPr>
          <w:p>
            <w:r>
              <w:t>2320</w:t>
            </w:r>
          </w:p>
        </w:tc>
      </w:tr>
      <w:tr>
        <w:tc>
          <w:tcPr>
            <w:tcW w:type="dxa" w:w="4320"/>
          </w:tcPr>
          <w:p>
            <w:r>
              <w:t>来源</w:t>
            </w:r>
          </w:p>
        </w:tc>
        <w:tc>
          <w:tcPr>
            <w:tcW w:type="dxa" w:w="4320"/>
          </w:tcPr>
          <w:p>
            <w:r>
              <w:t>数组问题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四年级二班第一小组在体育课上测试了立定跳远成绩，男生和女生分别测试，请根据记录的立定跳远成绩计算出男生和女生的平均成绩分别是多少？（结果保留 1 位小数）（4.1.104）</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两行，第一行为若干男生的跳远成绩（人数  ≤ 100），以 0 表示结束</w:t>
      </w:r>
    </w:p>
    <w:p>
      <w:pPr>
        <w:spacing w:before="40" w:after="40"/>
        <w:ind w:left="720"/>
      </w:pPr>
      <w:r>
        <w:rPr>
          <w:rFonts w:ascii="Consolas" w:hAnsi="Consolas"/>
          <w:sz w:val="18"/>
        </w:rPr>
        <w:t>第二行为若干女生的跳远成绩（人数  ≤ 100 ），以  0表示结束。</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一行 2 个数以空格隔开，分别代表男生和女生的立定跳远的平均分（结果保留 1 位小数）。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157 154 159 160 0</w:t>
      </w:r>
    </w:p>
    <w:p>
      <w:pPr>
        <w:spacing w:before="40" w:after="40"/>
        <w:ind w:left="720"/>
      </w:pPr>
      <w:r>
        <w:rPr>
          <w:rFonts w:ascii="Consolas" w:hAnsi="Consolas"/>
          <w:sz w:val="18"/>
        </w:rPr>
        <w:t>142 147 144 0</w:t>
      </w:r>
    </w:p>
    <w:p>
      <w:pPr>
        <w:pStyle w:val="Heading1"/>
      </w:pPr>
      <w:r>
        <w:t>样例输出</w:t>
      </w:r>
    </w:p>
    <w:p>
      <w:pPr>
        <w:spacing w:before="120" w:after="120"/>
      </w:pPr>
      <w:r>
        <w:t>157.5 144.3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