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1317: 正多边形每个内角的度数？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1317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24565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根据多边形内角和定理，正多边形内角和等于：（ n － 2 ） × 180^∘ ( n 大于等于 3 且 n 为整数）（如下图所示是三角形、四边形、五边形、六边形的形状）。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请根据正多边形的边数，计算该正多边形每个内角的度数。（结果保留1位小数）。（4.1.83）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5188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7pu7yd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5188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正多边形的边数 n （ n ≥ 3  且 n  ≤ 10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该正 n 边形每个内角的度数。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60.0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