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1314: 仰卧起坐成绩统计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1314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数组问题结构体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3343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四年级二班女同学在体育课上进行了一轮仰卧起坐测试。成绩计算表如下。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一分钟内做仰卧起坐的个数  成绩</w:t>
      </w:r>
    </w:p>
    <w:p>
      <w:pPr>
        <w:spacing w:before="40" w:after="40"/>
        <w:ind w:left="1152"/>
      </w:pPr>
      <w:r>
        <w:rPr>
          <w:rFonts w:ascii="Consolas" w:hAnsi="Consolas"/>
          <w:sz w:val="18"/>
        </w:rPr>
        <w:t xml:space="preserve">   &lt;20个                  F</w:t>
      </w:r>
    </w:p>
    <w:p>
      <w:pPr>
        <w:spacing w:before="40" w:after="40"/>
        <w:ind w:left="1008"/>
      </w:pPr>
      <w:r>
        <w:rPr>
          <w:rFonts w:ascii="Consolas" w:hAnsi="Consolas"/>
          <w:sz w:val="18"/>
        </w:rPr>
        <w:t xml:space="preserve">  20~29个                 E</w:t>
      </w:r>
    </w:p>
    <w:p>
      <w:pPr>
        <w:spacing w:before="40" w:after="40"/>
        <w:ind w:left="1008"/>
      </w:pPr>
      <w:r>
        <w:rPr>
          <w:rFonts w:ascii="Consolas" w:hAnsi="Consolas"/>
          <w:sz w:val="18"/>
        </w:rPr>
        <w:t xml:space="preserve">  30~39个                 D</w:t>
      </w:r>
    </w:p>
    <w:p>
      <w:pPr>
        <w:spacing w:before="40" w:after="40"/>
        <w:ind w:left="1008"/>
      </w:pPr>
      <w:r>
        <w:rPr>
          <w:rFonts w:ascii="Consolas" w:hAnsi="Consolas"/>
          <w:sz w:val="18"/>
        </w:rPr>
        <w:t xml:space="preserve">  40~49个                 C</w:t>
      </w:r>
    </w:p>
    <w:p>
      <w:pPr>
        <w:spacing w:before="40" w:after="40"/>
        <w:ind w:left="1008"/>
      </w:pPr>
      <w:r>
        <w:rPr>
          <w:rFonts w:ascii="Consolas" w:hAnsi="Consolas"/>
          <w:sz w:val="18"/>
        </w:rPr>
        <w:t xml:space="preserve">  50~59个                 B</w:t>
      </w:r>
    </w:p>
    <w:p>
      <w:pPr>
        <w:spacing w:before="40" w:after="40"/>
        <w:ind w:left="1008"/>
      </w:pPr>
      <w:r>
        <w:rPr>
          <w:rFonts w:ascii="Consolas" w:hAnsi="Consolas"/>
          <w:sz w:val="18"/>
        </w:rPr>
        <w:t xml:space="preserve">  &gt;=60个                  A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请从键盘读入 n 位同学的在一分钟内做仰卧起坐的数量，计算出每个成绩区间的人数，按照人数降序排序，如果有多个成绩区间人数一样多，那么先输出成绩较好的区间。（ 4.1.44 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第一行是一个整数 n 代表同学的人数（ n ≤ 100 ）;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第二行是 n 个同学一分钟完成仰卧起坐的数量。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  6 行为 6 个成绩区间的人数，每行按照“成绩:人数”的格式输出，按照人数降序输出。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19 18 17 20 21 28 30 45 48 51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E:3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F:3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C:2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B:1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D:1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A:0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