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1309: 最多能倒多少杯水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19654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花花所在的学校引入了电水箱为同学们烧开水。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已知电水箱的容量为 n 升（ n ≤ 10 L ），同学们带的杯子平均容量为 x 毫升（ x 在 100 ∼ 300 之间），请问烧一箱开水，最多能倒多少杯（不足 1 杯算 1 杯）。（4.1.2）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个整数 n 和 x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代表电水箱的总容量（单位为升 L）， x 代表平均 1 个杯子的容量（单位为毫升ml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一个整数，代表最多能够倒多少杯水（不足 1 杯算 1 杯）。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