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1306: 十六进制转二进制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请将一个不超过 100 位的十六进制数转换为二进制数！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一个不超过 100 位的十六进制整数。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该数对应的二进制数。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