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1304: 冷饮的价格（2）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1304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29243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小明夏天去买冰棍，老板说买 30 个及以上 1 元 / 个， 20 ∼ 29 个 1.2 元 / 个，10 ∼ 19 个 1.5 元 / 个， 10 个以下 1.8 元 / 个！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请从键盘读入小明买冰棍的数量，计算小明应该付的价格（价格保留 1 位小数）！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 n 代表小明购买的冰棍的数量。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小明应付的金额。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30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30.0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