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1303: 冷饮的价格（1）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38780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小明去冷饮店买冰激凌，如果买 10 个以上或者 10 个，2 元 / 个， 10 个以下， 2.2 元 /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请从键盘读入小明的购买数量，计算小明应付的价格！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一个整数，代表小明购买的冰激凌的数量（n ≤ 100）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小明应付的金额，金额保留 1 位小数！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