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1302: 是否适合晨练？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37886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夏天到了，气温太高，小明的爷爷每天有晨练的习惯，但有时候温度不适合晨练；小明想编写一个程序，帮助爷爷判断温度是否适合晨练。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输入温度 t 的值，判断其是否适合晨练，适合晨练输出 OK ，不适合输出 NO 。( 20 ≤ t  ≤ 30 ,则适合晨练 OK ，否则不适合 NO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一个整数代表当天的温度。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OK 或者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OK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