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1299: 请问一个整数n能够被2、3、5、7中哪些数整除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1299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8665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从键盘读入一个整数 n ，请问 n 能够被 2、3、5、7 中哪些数整除，从小到大依次输出 n 能够整除的数，每行一个。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输入： 20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 n ≤ 10000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能够整除的数。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