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1296: 求1!+2!+3!+4!+...+n!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 1!+2!+3!+4!+...+n!，请注意，n ≤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n!=n*(n-1)*(n-2)*...*1 ，如：5!=5*4*3*2*1=120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请输入一个整数 n（n ≤ 50）。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输出求和的结果。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4037913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