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1295: 十六进制转换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输入一个不超过 100000 位的十六进制数，请转换成八进制数。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注：十六进制数中，字符 0-9 还对应表示数字 0-9，字母 A（大写）表示 10，B 表示11，…，F表示15。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比如：十六进制A10B表示的10进制数是：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× 16^3+1 ×  16^2+0 ×  16^1+11 × 16^0=41227。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转换成八进制数是：120413，因为1 × 8^5+2 × 8^4+0 × 8^3+4 × 8^2+1 × 8^1+3 × 8^0=41227。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一个十六进制数，没有前导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一个八进制数，没有前导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123ABC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4435274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