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1291: 八进制转十进制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1291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5918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进制转换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请将一个 20 位以内的八进制数转换为十进制整数。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20 位以内的八进制数。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该数对应的十进制数。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77777777777777777777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1152921504606846975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