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1290: 二进制转换十进制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10358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请将一个 25 位以内的 2 进制正整数转换为 10 进制！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 25 位以内的二进制正整数。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该数对应的十进制。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111111111111111111111111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16777215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