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1287: 高精度乘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8003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高精度乘，求两个很大的非负整数相乘的结果。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个非负整数，每个一行，每个整数不超过 240 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一个整数，表示相乘的结果。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1111111111111111111111111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2222222222222222222222222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2469135802469135802469135308641975308641975308642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