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1286: 高精度乘单精度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1286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高精度算法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8874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高精度算法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高精度乘单精度，a × b。 a 是一个很大的非负整数，但不超过 240 位，b 是一个非负整数不超过 10000 ，求 a × b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两行数字。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第一行是 a ，第二行是 b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一行，输出 a × b 的计算结果。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111111111111111111111111111111111111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1111111111111111111111111111111111110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