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1283: 合唱队形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茵茵所在的合唱队共有 N 个人（ N  为奇数）。为了准备一次演出，老师开始为她们安排合唱队形了。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，合唱队形通常是中间高两端低的。老师是这样安排他们的队形的：先让所有的同学按高个儿在前的顺序排成一队。然后，最高的那位同学单独站出来，这是合唱队形的中心，再让第二位同学站在她的左手边，让第三位同学站在她的右手边，再依次向两端安排其他人 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事先给定所有人的身高，请输出她们站成合唱队形之后的身高顺序。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，表示合唱队的总人数，已知 N 为奇数，且 1 ≤ N ≤ 51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个整数，表示以厘米为单位的所有人的身高。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 N 个整数，表示她们按老师的要求站成合唱队形之后的身高顺序。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154 160 157 162 159 152 163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152 157 160 163 162 159 154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