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1281: 求2+2*2+2*2*2+…+2*2*2*….*2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2+2*2+2*2*2+…+2*2*2*…*2 的和是多少？最后一项有多少 2 相乘由键盘读入的 n 决定（1 ≤ 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比如：n=3，那么s=2+2*2+2*2*2=14。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n（1 ≤ n ≤ 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输出求出的和。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