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1278: 小X与缩写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1278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850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市赛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小X注意到，生活中有很多用到首字母缩写的例子。例如 UOJ 就是通用在线评测 (Universal Online Judge)的缩写。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我们定义一个英文词组的首字母缩写为：取出词组中每个单词的第一个字母、全部转化成大写并顺次连接。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于是小X想请你帮忙写一个程序，读入一行英文句子，将用括号括出的词组替换为首字母缩写再输出。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输入一行仅包含英文字母、英文逗号 ,、英文句号 .、左右括号 () 的句子。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保证括号配对、括号内仅包含若干用空格隔开的英文单词、没有多余的空格。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输出一行，将括号内的词组替换成首字母缩写的结果输出，括号不要输出，括号外的字符原样输出。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The (longest increasing subsequence) problem can be solved with (dynamic programming), and optimized with (binary indexed tree).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The LIS problem can be solved with DP, and optimized with BIT.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50% 的数据，整个输入被一对括号括起来。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的数据，输入长度不超过 255 个字符。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来源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常州市2017“信息与未来”夏令营选拔赛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