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1275: 输出杨辉三角的前N行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12507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输出杨辉三角的前 N 行( N &lt; 10 )。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 N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1 4 6 4 1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