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1272: 郭远摘苹果</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1272</w:t>
            </w:r>
          </w:p>
        </w:tc>
      </w:tr>
      <w:tr>
        <w:tc>
          <w:tcPr>
            <w:tcW w:type="dxa" w:w="4320"/>
          </w:tcPr>
          <w:p>
            <w:r>
              <w:t>标签</w:t>
            </w:r>
          </w:p>
        </w:tc>
        <w:tc>
          <w:tcPr>
            <w:tcW w:type="dxa" w:w="4320"/>
          </w:tcPr>
          <w:p>
            <w:r>
              <w:t>二维数组</w:t>
            </w:r>
          </w:p>
        </w:tc>
      </w:tr>
      <w:tr>
        <w:tc>
          <w:tcPr>
            <w:tcW w:type="dxa" w:w="4320"/>
          </w:tcPr>
          <w:p>
            <w:r>
              <w:t>难度</w:t>
            </w:r>
          </w:p>
        </w:tc>
        <w:tc>
          <w:tcPr>
            <w:tcW w:type="dxa" w:w="4320"/>
          </w:tcPr>
          <w:p>
            <w:r>
              <w:t>入门</w:t>
            </w:r>
          </w:p>
        </w:tc>
      </w:tr>
      <w:tr>
        <w:tc>
          <w:tcPr>
            <w:tcW w:type="dxa" w:w="4320"/>
          </w:tcPr>
          <w:p>
            <w:r>
              <w:t>正确</w:t>
            </w:r>
          </w:p>
        </w:tc>
        <w:tc>
          <w:tcPr>
            <w:tcW w:type="dxa" w:w="4320"/>
          </w:tcPr>
          <w:p>
            <w:r>
              <w:t>15346</w:t>
            </w:r>
          </w:p>
        </w:tc>
      </w:tr>
      <w:tr>
        <w:tc>
          <w:tcPr>
            <w:tcW w:type="dxa" w:w="4320"/>
          </w:tcPr>
          <w:p>
            <w:r>
              <w:t>来源</w:t>
            </w:r>
          </w:p>
        </w:tc>
        <w:tc>
          <w:tcPr>
            <w:tcW w:type="dxa" w:w="4320"/>
          </w:tcPr>
          <w:p>
            <w:r>
              <w:t>二维数组</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郭远有一天走到了一片苹果林，里面每颗树上都结有不同数目的苹果，郭远身上只能拿同一棵树上的苹果，他每到一棵果树前都会把自己身上的苹果扔掉并摘下他所在树上的苹果并带走（假设郭远会走过每一棵苹果树），问在郭远摘苹果的整个过程中，他身上携带的最多苹果数与最小苹果数的差是多少？</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行读入 n,m（即苹果林中有果树的行数和列数，0 &lt; n,m ≤ 10）；</w:t>
      </w:r>
    </w:p>
    <w:p>
      <w:pPr>
        <w:spacing w:before="40" w:after="40"/>
        <w:ind w:left="720"/>
      </w:pPr>
      <w:r>
        <w:rPr>
          <w:rFonts w:ascii="Consolas" w:hAnsi="Consolas"/>
          <w:sz w:val="18"/>
        </w:rPr>
        <w:t>接下来 n 行，每行读入 m 个整数（即每颗树上的苹果数）；</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1 个数字（郭远摘苹果的整个过程中，他身上携带的最多苹果数与最小苹果数的差）</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4 3</w:t>
      </w:r>
    </w:p>
    <w:p>
      <w:pPr>
        <w:spacing w:before="40" w:after="40"/>
        <w:ind w:left="720"/>
      </w:pPr>
      <w:r>
        <w:rPr>
          <w:rFonts w:ascii="Consolas" w:hAnsi="Consolas"/>
          <w:sz w:val="18"/>
        </w:rPr>
        <w:t>2 6 5</w:t>
      </w:r>
    </w:p>
    <w:p>
      <w:pPr>
        <w:spacing w:before="40" w:after="40"/>
        <w:ind w:left="720"/>
      </w:pPr>
      <w:r>
        <w:rPr>
          <w:rFonts w:ascii="Consolas" w:hAnsi="Consolas"/>
          <w:sz w:val="18"/>
        </w:rPr>
        <w:t>1 3 7</w:t>
      </w:r>
    </w:p>
    <w:p>
      <w:pPr>
        <w:spacing w:before="40" w:after="40"/>
        <w:ind w:left="720"/>
      </w:pPr>
      <w:r>
        <w:rPr>
          <w:rFonts w:ascii="Consolas" w:hAnsi="Consolas"/>
          <w:sz w:val="18"/>
        </w:rPr>
        <w:t>5 3 5</w:t>
      </w:r>
    </w:p>
    <w:p>
      <w:pPr>
        <w:spacing w:before="40" w:after="40"/>
        <w:ind w:left="720"/>
      </w:pPr>
      <w:r>
        <w:rPr>
          <w:rFonts w:ascii="Consolas" w:hAnsi="Consolas"/>
          <w:sz w:val="18"/>
        </w:rPr>
        <w:t>1 7 12</w:t>
      </w:r>
    </w:p>
    <w:p>
      <w:pPr>
        <w:pStyle w:val="Heading1"/>
      </w:pPr>
      <w:r>
        <w:t>样例输出</w:t>
      </w:r>
    </w:p>
    <w:p>
      <w:pPr>
        <w:spacing w:before="120" w:after="120"/>
      </w:pPr>
      <w:r>
        <w:t>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