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1271: 高精度整数除法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5344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（5.1.72）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 a/b 的结果。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 a，b 为 10^8 范围内的非负整数，求 a/b 保留前 n 位小数商的结果。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读入三个整数 a b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输出一行数字。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97 61 50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1.59016393442622950819672131147540983606557377049180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