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1268: 高精度加法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13975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 a+b 的值，a,b 皆为不超过 240 位的非负整数。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两个正整数，每行一个。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一个数，代表两个整数的和。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备注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a,b 两个整数都不含前导 0，即：如果a=100 不可能输入 0100 这样的含有前导 0 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需要注意的是 a,b 可能为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