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1267: 完全平方数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9600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一个非负整数 n ，加上 100 是得到的 n+100 一个完全平方数，在加 100 的基础上再加上 168 得到的 n+100+168 又是一个完全平方数，请问该数最小是多少？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符合条件的最小的数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