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1266: 求最大数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15154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 555555 的约数中最大的三位数是多少？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约数中最大的三位数。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