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1265: 爱因斯坦的数学题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16396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爱因斯坦出了一道这样的数学题：有一条长阶梯，若每步跨 2 阶，则最最后剩一阶，若每步跨 3 阶，则最后剩 2 阶，若每步跨 5 阶，则最后剩 4 阶，若每步跨 6 阶则最后剩 5 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只有每次跨 7 阶，最后才正好一阶不剩。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请问这条阶梯最少共有多少阶？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这条阶梯最少的阶数。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