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1264: 4位反序数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1264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22304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设 N 是一个四位数，它的 9 倍恰好是其反序数，求 N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反序数就是将整数的数字倒过来形成的整数。例如： 1234 的反序数是 4321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N 这个四位数。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